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Create and Print a Warehouse Shipment</w:t>
      </w:r>
    </w:p>
    <w:p>
      <w:pPr>
        <w:pStyle w:val="Heading2"/>
      </w:pPr>
      <w:r>
        <w:t xml:space="preserve">How to Create a Pick List for Sales Orders. </w:t>
      </w:r>
    </w:p>
    <w:p>
      <w:pPr>
        <w:pStyle w:val="ListNumber"/>
        <w:keepNext/>
      </w:pPr>
      <w:r>
        <w:rPr>
          <w:b w:val="0"/>
          <w:i w:val="0"/>
          <w:u w:val="none"/>
        </w:rPr>
        <w:t xml:space="preserve">Navigate to </w:t>
      </w:r>
      <w:hyperlink r:id="rId9">
        <w:r>
          <w:rPr>
            <w:u w:val="single"/>
          </w:rPr>
          <w:t>https://scribehow.com/workspace#teams</w:t>
        </w:r>
      </w:hyperlink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8b04cf31384be19a4e7f29909c2771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"Sales"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a26b55ecea49b09d48add0a7a04235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"Sales Orders"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794efccc34498fa9bd4175e1152e04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on sales order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23634f8d7f4cd08d61eb4a6a4df9ad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"Release"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91a349acb2425bb54d348e5a5efe46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"Create Warehouse Shipment"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f4a7c94e904e8bb1997769f5e2d071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9a992143b64a0388cb66f40f63507c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"Create Pick Lines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f6ff8d8c9549f2bbf6202f4b54c6eb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8c9c5ff0224dbe92c79bad656ed284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7d16e7791c4735ade4f4aa4094472e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"Shipment"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91235c0782416e9befdf04ce80a855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"Pick Lines"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73a3ce3df54f4993d0f85718e3a708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"Show Document"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9572d1830f4418ba8385bbe71ac963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"Print..."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c876f6d8dc42369fa72de1c32a8dfe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"Print"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dd74fbecb3449e93eee560839e2faa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ribehow.com/workspace#teams" TargetMode="Externa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