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Create and Print a Warehouse Shipment</w:t>
      </w:r>
    </w:p>
    <w:p>
      <w:pPr>
        <w:pStyle w:val="Heading2"/>
      </w:pPr>
      <w:r>
        <w:t xml:space="preserve">How to Create a Pick List for Sales Orders. </w:t>
      </w:r>
    </w:p>
    <w:p>
      <w:pPr>
        <w:pStyle w:val="ListNumber"/>
        <w:keepNext/>
      </w:pPr>
      <w:r>
        <w:rPr>
          <w:b w:val="0"/>
          <w:i w:val="0"/>
          <w:u w:val="none"/>
        </w:rPr>
        <w:t xml:space="preserve">Navigate to </w:t>
      </w:r>
      <w:hyperlink r:id="rId9">
        <w:r>
          <w:rPr>
            <w:u w:val="single"/>
          </w:rPr>
          <w:t>https://scribehow.com/workspace#teams</w:t>
        </w:r>
      </w:hyperlink>
    </w:p>
    <w:p>
      <w:r>
        <w:drawing>
          <wp:inline xmlns:a="http://schemas.openxmlformats.org/drawingml/2006/main" xmlns:pic="http://schemas.openxmlformats.org/drawingml/2006/picture">
            <wp:extent cx="5486400" cy="30639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8b04cf31384be19a4e7f29909c277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"Sales"</w:t>
      </w:r>
    </w:p>
    <w:p>
      <w:r>
        <w:drawing>
          <wp:inline xmlns:a="http://schemas.openxmlformats.org/drawingml/2006/main" xmlns:pic="http://schemas.openxmlformats.org/drawingml/2006/picture">
            <wp:extent cx="5486400" cy="305995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fa26b55ecea49b09d48add0a7a0423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"Sales Orders"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e794efccc34498fa9bd4175e1152e0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on sales order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323634f8d7f4cd08d61eb4a6a4df9ad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"Release"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91a349acb2425bb54d348e5a5efe4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"Create Warehouse Shipment"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2f4a7c94e904e8bb1997769f5e2d07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69a992143b64a0388cb66f40f63507c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"Create Pick Lines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f6ff8d8c9549f2bbf6202f4b54c6eb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d8c9c5ff0224dbe92c79bad656ed284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"OK"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47d16e7791c4735ade4f4aa4094472e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"Shipment"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691235c0782416e9befdf04ce80a855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"Pick Lines"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473a3ce3df54f4993d0f85718e3a70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"Show Document"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9572d1830f4418ba8385bbe71ac963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"Print..."</w:t>
      </w:r>
    </w:p>
    <w:p>
      <w:r>
        <w:drawing>
          <wp:inline xmlns:a="http://schemas.openxmlformats.org/drawingml/2006/main" xmlns:pic="http://schemas.openxmlformats.org/drawingml/2006/picture">
            <wp:extent cx="5486400" cy="306217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c876f6d8dc42369fa72de1c32a8dfe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1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ListNumber"/>
        <w:keepNext/>
      </w:pPr>
      <w:r>
        <w:rPr>
          <w:b w:val="0"/>
          <w:i w:val="0"/>
          <w:u w:val="none"/>
        </w:rPr>
        <w:t>Click "Print"</w:t>
      </w:r>
    </w:p>
    <w:p>
      <w:r>
        <w:drawing>
          <wp:inline xmlns:a="http://schemas.openxmlformats.org/drawingml/2006/main" xmlns:pic="http://schemas.openxmlformats.org/drawingml/2006/picture">
            <wp:extent cx="5486400" cy="306616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dd74fbecb3449e93eee560839e2faa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616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scribehow.com/workspace#teams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